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7117B" w14:textId="4F220E90" w:rsidR="009F27D3" w:rsidRDefault="00000000">
      <w:pPr>
        <w:pStyle w:val="1"/>
        <w:rPr>
          <w:lang w:eastAsia="ko-KR"/>
        </w:rPr>
      </w:pPr>
      <w:r>
        <w:rPr>
          <w:lang w:eastAsia="ko-KR"/>
        </w:rPr>
        <w:t xml:space="preserve">SCINT2026 </w:t>
      </w:r>
      <w:r>
        <w:rPr>
          <w:lang w:eastAsia="ko-KR"/>
        </w:rPr>
        <w:t>초록</w:t>
      </w:r>
      <w:r>
        <w:rPr>
          <w:lang w:eastAsia="ko-KR"/>
        </w:rPr>
        <w:t xml:space="preserve"> </w:t>
      </w:r>
      <w:r>
        <w:rPr>
          <w:lang w:eastAsia="ko-KR"/>
        </w:rPr>
        <w:t>모집</w:t>
      </w:r>
      <w:r>
        <w:rPr>
          <w:lang w:eastAsia="ko-KR"/>
        </w:rPr>
        <w:t xml:space="preserve"> </w:t>
      </w:r>
      <w:r>
        <w:rPr>
          <w:lang w:eastAsia="ko-KR"/>
        </w:rPr>
        <w:t>안내</w:t>
      </w:r>
    </w:p>
    <w:p w14:paraId="7DF684A8" w14:textId="5BE89E2B" w:rsidR="009F27D3" w:rsidRDefault="00000000">
      <w:pPr>
        <w:rPr>
          <w:lang w:eastAsia="ko-KR"/>
        </w:rPr>
      </w:pPr>
      <w:r>
        <w:rPr>
          <w:lang w:eastAsia="ko-KR"/>
        </w:rPr>
        <w:br/>
      </w:r>
      <w:proofErr w:type="spellStart"/>
      <w:r>
        <w:t>존경하는</w:t>
      </w:r>
      <w:proofErr w:type="spellEnd"/>
      <w:r>
        <w:t xml:space="preserve"> </w:t>
      </w:r>
      <w:proofErr w:type="spellStart"/>
      <w:r>
        <w:t>연구자</w:t>
      </w:r>
      <w:proofErr w:type="spellEnd"/>
      <w:r>
        <w:t xml:space="preserve"> </w:t>
      </w:r>
      <w:r>
        <w:t>및</w:t>
      </w:r>
      <w:r>
        <w:t xml:space="preserve"> </w:t>
      </w:r>
      <w:proofErr w:type="spellStart"/>
      <w:r>
        <w:t>관계자</w:t>
      </w:r>
      <w:proofErr w:type="spellEnd"/>
      <w:r>
        <w:t xml:space="preserve"> </w:t>
      </w:r>
      <w:proofErr w:type="spellStart"/>
      <w:r>
        <w:t>여러분</w:t>
      </w:r>
      <w:proofErr w:type="spellEnd"/>
      <w:r>
        <w:t>,</w:t>
      </w:r>
      <w:r>
        <w:br/>
      </w:r>
      <w:r>
        <w:br/>
      </w:r>
      <w:r>
        <w:t>제</w:t>
      </w:r>
      <w:r>
        <w:t>18</w:t>
      </w:r>
      <w:r>
        <w:t>회</w:t>
      </w:r>
      <w:r>
        <w:t xml:space="preserve"> </w:t>
      </w:r>
      <w:r w:rsidR="009953B9" w:rsidRPr="009953B9">
        <w:t xml:space="preserve">18th International Conference on Scintillating Materials and their Applications </w:t>
      </w:r>
      <w:r>
        <w:t>(SCINT</w:t>
      </w:r>
      <w:proofErr w:type="gramStart"/>
      <w:r>
        <w:t>2026)</w:t>
      </w:r>
      <w:r>
        <w:t>가</w:t>
      </w:r>
      <w:proofErr w:type="gramEnd"/>
      <w:r>
        <w:t xml:space="preserve"> 2026</w:t>
      </w:r>
      <w:r>
        <w:t>년</w:t>
      </w:r>
      <w:r>
        <w:t xml:space="preserve"> 5</w:t>
      </w:r>
      <w:r>
        <w:t>월</w:t>
      </w:r>
      <w:r>
        <w:t xml:space="preserve"> 25</w:t>
      </w:r>
      <w:r>
        <w:t>일</w:t>
      </w:r>
      <w:r>
        <w:t>(</w:t>
      </w:r>
      <w:r>
        <w:t>월</w:t>
      </w:r>
      <w:r>
        <w:t>)</w:t>
      </w:r>
      <w:proofErr w:type="spellStart"/>
      <w:r>
        <w:t>부터</w:t>
      </w:r>
      <w:proofErr w:type="spellEnd"/>
      <w:r>
        <w:t xml:space="preserve"> 29</w:t>
      </w:r>
      <w:r>
        <w:t>일</w:t>
      </w:r>
      <w:r>
        <w:t>(</w:t>
      </w:r>
      <w:r>
        <w:t>금</w:t>
      </w:r>
      <w:r>
        <w:t>)</w:t>
      </w:r>
      <w:proofErr w:type="spellStart"/>
      <w:r>
        <w:t>까지</w:t>
      </w:r>
      <w:proofErr w:type="spellEnd"/>
      <w:r>
        <w:t xml:space="preserve"> </w:t>
      </w:r>
      <w:proofErr w:type="spellStart"/>
      <w:r>
        <w:t>한국</w:t>
      </w:r>
      <w:proofErr w:type="spellEnd"/>
      <w:r>
        <w:t xml:space="preserve"> </w:t>
      </w:r>
      <w:proofErr w:type="spellStart"/>
      <w:r>
        <w:t>경주</w:t>
      </w:r>
      <w:proofErr w:type="spellEnd"/>
      <w:r>
        <w:t xml:space="preserve"> </w:t>
      </w:r>
      <w:proofErr w:type="spellStart"/>
      <w:r>
        <w:t>라한셀렉트</w:t>
      </w:r>
      <w:proofErr w:type="spellEnd"/>
      <w:r>
        <w:t xml:space="preserve"> </w:t>
      </w:r>
      <w:proofErr w:type="spellStart"/>
      <w:r>
        <w:t>호텔에서</w:t>
      </w:r>
      <w:proofErr w:type="spellEnd"/>
      <w:r>
        <w:t xml:space="preserve"> </w:t>
      </w:r>
      <w:proofErr w:type="spellStart"/>
      <w:r>
        <w:t>개최됩니다</w:t>
      </w:r>
      <w:proofErr w:type="spellEnd"/>
      <w:r>
        <w:t>.</w:t>
      </w:r>
      <w:r>
        <w:br/>
      </w:r>
      <w:r>
        <w:br/>
      </w:r>
      <w:r>
        <w:rPr>
          <w:lang w:eastAsia="ko-KR"/>
        </w:rPr>
        <w:t xml:space="preserve">SCINT </w:t>
      </w:r>
      <w:r>
        <w:rPr>
          <w:lang w:eastAsia="ko-KR"/>
        </w:rPr>
        <w:t>학술대회는</w:t>
      </w:r>
      <w:r>
        <w:rPr>
          <w:lang w:eastAsia="ko-KR"/>
        </w:rPr>
        <w:t xml:space="preserve"> 1992</w:t>
      </w:r>
      <w:r>
        <w:rPr>
          <w:lang w:eastAsia="ko-KR"/>
        </w:rPr>
        <w:t>년</w:t>
      </w:r>
      <w:r>
        <w:rPr>
          <w:lang w:eastAsia="ko-KR"/>
        </w:rPr>
        <w:t xml:space="preserve"> </w:t>
      </w:r>
      <w:r>
        <w:rPr>
          <w:lang w:eastAsia="ko-KR"/>
        </w:rPr>
        <w:t>처음</w:t>
      </w:r>
      <w:r>
        <w:rPr>
          <w:lang w:eastAsia="ko-KR"/>
        </w:rPr>
        <w:t xml:space="preserve"> </w:t>
      </w:r>
      <w:r>
        <w:rPr>
          <w:lang w:eastAsia="ko-KR"/>
        </w:rPr>
        <w:t>시작된</w:t>
      </w:r>
      <w:r>
        <w:rPr>
          <w:lang w:eastAsia="ko-KR"/>
        </w:rPr>
        <w:t xml:space="preserve"> </w:t>
      </w:r>
      <w:r>
        <w:rPr>
          <w:lang w:eastAsia="ko-KR"/>
        </w:rPr>
        <w:t>이래</w:t>
      </w:r>
      <w:r>
        <w:rPr>
          <w:lang w:eastAsia="ko-KR"/>
        </w:rPr>
        <w:t xml:space="preserve">, </w:t>
      </w:r>
      <w:proofErr w:type="gramStart"/>
      <w:r w:rsidR="009953B9">
        <w:rPr>
          <w:rFonts w:eastAsia="맑은 고딕" w:hint="eastAsia"/>
          <w:lang w:eastAsia="ko-KR"/>
        </w:rPr>
        <w:t>섬광</w:t>
      </w:r>
      <w:r>
        <w:rPr>
          <w:lang w:eastAsia="ko-KR"/>
        </w:rPr>
        <w:t>(</w:t>
      </w:r>
      <w:proofErr w:type="gramEnd"/>
      <w:r>
        <w:rPr>
          <w:lang w:eastAsia="ko-KR"/>
        </w:rPr>
        <w:t xml:space="preserve">Scintillating) </w:t>
      </w:r>
      <w:r>
        <w:rPr>
          <w:lang w:eastAsia="ko-KR"/>
        </w:rPr>
        <w:t>물질과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응용</w:t>
      </w:r>
      <w:r>
        <w:rPr>
          <w:lang w:eastAsia="ko-KR"/>
        </w:rPr>
        <w:t xml:space="preserve"> </w:t>
      </w:r>
      <w:r>
        <w:rPr>
          <w:lang w:eastAsia="ko-KR"/>
        </w:rPr>
        <w:t>분야</w:t>
      </w:r>
      <w:r>
        <w:rPr>
          <w:lang w:eastAsia="ko-KR"/>
        </w:rPr>
        <w:t xml:space="preserve"> </w:t>
      </w:r>
      <w:r>
        <w:rPr>
          <w:lang w:eastAsia="ko-KR"/>
        </w:rPr>
        <w:t>연구자들이</w:t>
      </w:r>
      <w:r>
        <w:rPr>
          <w:lang w:eastAsia="ko-KR"/>
        </w:rPr>
        <w:t xml:space="preserve"> </w:t>
      </w:r>
      <w:r>
        <w:rPr>
          <w:lang w:eastAsia="ko-KR"/>
        </w:rPr>
        <w:t>최신</w:t>
      </w:r>
      <w:r>
        <w:rPr>
          <w:lang w:eastAsia="ko-KR"/>
        </w:rPr>
        <w:t xml:space="preserve"> </w:t>
      </w:r>
      <w:r>
        <w:rPr>
          <w:lang w:eastAsia="ko-KR"/>
        </w:rPr>
        <w:t>연구</w:t>
      </w:r>
      <w:r>
        <w:rPr>
          <w:lang w:eastAsia="ko-KR"/>
        </w:rPr>
        <w:t xml:space="preserve"> </w:t>
      </w:r>
      <w:r>
        <w:rPr>
          <w:lang w:eastAsia="ko-KR"/>
        </w:rPr>
        <w:t>성과를</w:t>
      </w:r>
      <w:r>
        <w:rPr>
          <w:lang w:eastAsia="ko-KR"/>
        </w:rPr>
        <w:t xml:space="preserve"> </w:t>
      </w:r>
      <w:r>
        <w:rPr>
          <w:lang w:eastAsia="ko-KR"/>
        </w:rPr>
        <w:t>공유하고</w:t>
      </w:r>
      <w:r>
        <w:rPr>
          <w:lang w:eastAsia="ko-KR"/>
        </w:rPr>
        <w:t xml:space="preserve"> </w:t>
      </w:r>
      <w:r>
        <w:rPr>
          <w:lang w:eastAsia="ko-KR"/>
        </w:rPr>
        <w:t>토론하는</w:t>
      </w:r>
      <w:r>
        <w:rPr>
          <w:lang w:eastAsia="ko-KR"/>
        </w:rPr>
        <w:t xml:space="preserve"> </w:t>
      </w:r>
      <w:r>
        <w:rPr>
          <w:lang w:eastAsia="ko-KR"/>
        </w:rPr>
        <w:t>세계적인</w:t>
      </w:r>
      <w:r>
        <w:rPr>
          <w:lang w:eastAsia="ko-KR"/>
        </w:rPr>
        <w:t xml:space="preserve"> </w:t>
      </w:r>
      <w:r>
        <w:rPr>
          <w:lang w:eastAsia="ko-KR"/>
        </w:rPr>
        <w:t>학술</w:t>
      </w:r>
      <w:r>
        <w:rPr>
          <w:lang w:eastAsia="ko-KR"/>
        </w:rPr>
        <w:t xml:space="preserve"> </w:t>
      </w:r>
      <w:r>
        <w:rPr>
          <w:lang w:eastAsia="ko-KR"/>
        </w:rPr>
        <w:t>교류의</w:t>
      </w:r>
      <w:r>
        <w:rPr>
          <w:lang w:eastAsia="ko-KR"/>
        </w:rPr>
        <w:t xml:space="preserve"> </w:t>
      </w:r>
      <w:r>
        <w:rPr>
          <w:lang w:eastAsia="ko-KR"/>
        </w:rPr>
        <w:t>장으로</w:t>
      </w:r>
      <w:r>
        <w:rPr>
          <w:lang w:eastAsia="ko-KR"/>
        </w:rPr>
        <w:t xml:space="preserve"> </w:t>
      </w:r>
      <w:r>
        <w:rPr>
          <w:lang w:eastAsia="ko-KR"/>
        </w:rPr>
        <w:t>자리매김해</w:t>
      </w:r>
      <w:r>
        <w:rPr>
          <w:lang w:eastAsia="ko-KR"/>
        </w:rPr>
        <w:t xml:space="preserve"> </w:t>
      </w:r>
      <w:r>
        <w:rPr>
          <w:lang w:eastAsia="ko-KR"/>
        </w:rPr>
        <w:t>왔습니다</w:t>
      </w:r>
      <w:r>
        <w:rPr>
          <w:lang w:eastAsia="ko-KR"/>
        </w:rPr>
        <w:t xml:space="preserve">. </w:t>
      </w:r>
      <w:r>
        <w:rPr>
          <w:lang w:eastAsia="ko-KR"/>
        </w:rPr>
        <w:t>이번</w:t>
      </w:r>
      <w:r>
        <w:rPr>
          <w:lang w:eastAsia="ko-KR"/>
        </w:rPr>
        <w:t xml:space="preserve"> </w:t>
      </w:r>
      <w:r>
        <w:rPr>
          <w:lang w:eastAsia="ko-KR"/>
        </w:rPr>
        <w:t>학술대회는</w:t>
      </w:r>
      <w:r>
        <w:rPr>
          <w:lang w:eastAsia="ko-KR"/>
        </w:rPr>
        <w:t xml:space="preserve"> </w:t>
      </w:r>
      <w:r>
        <w:rPr>
          <w:lang w:eastAsia="ko-KR"/>
        </w:rPr>
        <w:t>물리학</w:t>
      </w:r>
      <w:r>
        <w:rPr>
          <w:lang w:eastAsia="ko-KR"/>
        </w:rPr>
        <w:t xml:space="preserve">, </w:t>
      </w:r>
      <w:r>
        <w:rPr>
          <w:lang w:eastAsia="ko-KR"/>
        </w:rPr>
        <w:t>의료영상</w:t>
      </w:r>
      <w:r>
        <w:rPr>
          <w:lang w:eastAsia="ko-KR"/>
        </w:rPr>
        <w:t xml:space="preserve">, </w:t>
      </w:r>
      <w:r>
        <w:rPr>
          <w:lang w:eastAsia="ko-KR"/>
        </w:rPr>
        <w:t>보안</w:t>
      </w:r>
      <w:r>
        <w:rPr>
          <w:lang w:eastAsia="ko-KR"/>
        </w:rPr>
        <w:t xml:space="preserve">, </w:t>
      </w:r>
      <w:r>
        <w:rPr>
          <w:lang w:eastAsia="ko-KR"/>
        </w:rPr>
        <w:t>환경</w:t>
      </w:r>
      <w:r>
        <w:rPr>
          <w:lang w:eastAsia="ko-KR"/>
        </w:rPr>
        <w:t xml:space="preserve"> </w:t>
      </w:r>
      <w:r>
        <w:rPr>
          <w:lang w:eastAsia="ko-KR"/>
        </w:rPr>
        <w:t>모니터링</w:t>
      </w:r>
      <w:r>
        <w:rPr>
          <w:lang w:eastAsia="ko-KR"/>
        </w:rPr>
        <w:t xml:space="preserve">, </w:t>
      </w:r>
      <w:r>
        <w:rPr>
          <w:lang w:eastAsia="ko-KR"/>
        </w:rPr>
        <w:t>산업</w:t>
      </w:r>
      <w:r>
        <w:rPr>
          <w:lang w:eastAsia="ko-KR"/>
        </w:rPr>
        <w:t xml:space="preserve"> </w:t>
      </w:r>
      <w:r>
        <w:rPr>
          <w:lang w:eastAsia="ko-KR"/>
        </w:rPr>
        <w:t>응용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다양한</w:t>
      </w:r>
      <w:r>
        <w:rPr>
          <w:lang w:eastAsia="ko-KR"/>
        </w:rPr>
        <w:t xml:space="preserve"> </w:t>
      </w:r>
      <w:r>
        <w:rPr>
          <w:lang w:eastAsia="ko-KR"/>
        </w:rPr>
        <w:t>분야를</w:t>
      </w:r>
      <w:r>
        <w:rPr>
          <w:lang w:eastAsia="ko-KR"/>
        </w:rPr>
        <w:t xml:space="preserve"> </w:t>
      </w:r>
      <w:r>
        <w:rPr>
          <w:lang w:eastAsia="ko-KR"/>
        </w:rPr>
        <w:t>아우르는</w:t>
      </w:r>
      <w:r>
        <w:rPr>
          <w:lang w:eastAsia="ko-KR"/>
        </w:rPr>
        <w:t xml:space="preserve"> </w:t>
      </w:r>
      <w:r>
        <w:rPr>
          <w:lang w:eastAsia="ko-KR"/>
        </w:rPr>
        <w:t>폭넓은</w:t>
      </w:r>
      <w:r>
        <w:rPr>
          <w:lang w:eastAsia="ko-KR"/>
        </w:rPr>
        <w:t xml:space="preserve"> </w:t>
      </w:r>
      <w:r>
        <w:rPr>
          <w:lang w:eastAsia="ko-KR"/>
        </w:rPr>
        <w:t>프로그램과</w:t>
      </w:r>
      <w:r>
        <w:rPr>
          <w:lang w:eastAsia="ko-KR"/>
        </w:rPr>
        <w:t xml:space="preserve"> </w:t>
      </w:r>
      <w:r>
        <w:rPr>
          <w:lang w:eastAsia="ko-KR"/>
        </w:rPr>
        <w:t>함께</w:t>
      </w:r>
      <w:r>
        <w:rPr>
          <w:lang w:eastAsia="ko-KR"/>
        </w:rPr>
        <w:t xml:space="preserve">, </w:t>
      </w:r>
      <w:r>
        <w:rPr>
          <w:lang w:eastAsia="ko-KR"/>
        </w:rPr>
        <w:t>국내외</w:t>
      </w:r>
      <w:r>
        <w:rPr>
          <w:lang w:eastAsia="ko-KR"/>
        </w:rPr>
        <w:t xml:space="preserve"> </w:t>
      </w:r>
      <w:r>
        <w:rPr>
          <w:lang w:eastAsia="ko-KR"/>
        </w:rPr>
        <w:t>전문가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산업계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관계자들과의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교류</w:t>
      </w:r>
      <w:r>
        <w:rPr>
          <w:lang w:eastAsia="ko-KR"/>
        </w:rPr>
        <w:t xml:space="preserve"> </w:t>
      </w:r>
      <w:r>
        <w:rPr>
          <w:lang w:eastAsia="ko-KR"/>
        </w:rPr>
        <w:t>기회를</w:t>
      </w:r>
      <w:r>
        <w:rPr>
          <w:lang w:eastAsia="ko-KR"/>
        </w:rPr>
        <w:t xml:space="preserve"> </w:t>
      </w:r>
      <w:r>
        <w:rPr>
          <w:lang w:eastAsia="ko-KR"/>
        </w:rPr>
        <w:t>제공할</w:t>
      </w:r>
      <w:r>
        <w:rPr>
          <w:lang w:eastAsia="ko-KR"/>
        </w:rPr>
        <w:t xml:space="preserve"> </w:t>
      </w:r>
      <w:r>
        <w:rPr>
          <w:lang w:eastAsia="ko-KR"/>
        </w:rPr>
        <w:t>예정입니다</w:t>
      </w:r>
      <w:r>
        <w:rPr>
          <w:lang w:eastAsia="ko-KR"/>
        </w:rPr>
        <w:t>.</w:t>
      </w:r>
      <w:r>
        <w:rPr>
          <w:lang w:eastAsia="ko-KR"/>
        </w:rPr>
        <w:br/>
      </w:r>
    </w:p>
    <w:p w14:paraId="754C0D3A" w14:textId="77777777" w:rsidR="009F27D3" w:rsidRDefault="00000000">
      <w:pPr>
        <w:pStyle w:val="21"/>
        <w:rPr>
          <w:lang w:eastAsia="ko-KR"/>
        </w:rPr>
      </w:pPr>
      <w:r>
        <w:rPr>
          <w:lang w:eastAsia="ko-KR"/>
        </w:rPr>
        <w:t>주요</w:t>
      </w:r>
      <w:r>
        <w:rPr>
          <w:lang w:eastAsia="ko-KR"/>
        </w:rPr>
        <w:t xml:space="preserve"> </w:t>
      </w:r>
      <w:r>
        <w:rPr>
          <w:lang w:eastAsia="ko-KR"/>
        </w:rPr>
        <w:t>일정</w:t>
      </w:r>
      <w:r>
        <w:rPr>
          <w:lang w:eastAsia="ko-KR"/>
        </w:rPr>
        <w:t>:</w:t>
      </w:r>
    </w:p>
    <w:p w14:paraId="01A44F01" w14:textId="77777777" w:rsidR="009F27D3" w:rsidRDefault="00000000">
      <w:pPr>
        <w:rPr>
          <w:lang w:eastAsia="ko-KR"/>
        </w:rPr>
      </w:pPr>
      <w:r>
        <w:rPr>
          <w:lang w:eastAsia="ko-KR"/>
        </w:rPr>
        <w:br/>
        <w:t xml:space="preserve">- </w:t>
      </w:r>
      <w:r>
        <w:rPr>
          <w:lang w:eastAsia="ko-KR"/>
        </w:rPr>
        <w:t>초록</w:t>
      </w:r>
      <w:r>
        <w:rPr>
          <w:lang w:eastAsia="ko-KR"/>
        </w:rPr>
        <w:t xml:space="preserve"> </w:t>
      </w:r>
      <w:r>
        <w:rPr>
          <w:lang w:eastAsia="ko-KR"/>
        </w:rPr>
        <w:t>제출</w:t>
      </w:r>
      <w:r>
        <w:rPr>
          <w:lang w:eastAsia="ko-KR"/>
        </w:rPr>
        <w:t xml:space="preserve"> </w:t>
      </w:r>
      <w:r>
        <w:rPr>
          <w:lang w:eastAsia="ko-KR"/>
        </w:rPr>
        <w:t>시작</w:t>
      </w:r>
      <w:r>
        <w:rPr>
          <w:lang w:eastAsia="ko-KR"/>
        </w:rPr>
        <w:t>: 2025</w:t>
      </w:r>
      <w:r>
        <w:rPr>
          <w:lang w:eastAsia="ko-KR"/>
        </w:rPr>
        <w:t>년</w:t>
      </w:r>
      <w:r>
        <w:rPr>
          <w:lang w:eastAsia="ko-KR"/>
        </w:rPr>
        <w:t xml:space="preserve"> 10</w:t>
      </w:r>
      <w:r>
        <w:rPr>
          <w:lang w:eastAsia="ko-KR"/>
        </w:rPr>
        <w:t>월</w:t>
      </w:r>
      <w:r>
        <w:rPr>
          <w:lang w:eastAsia="ko-KR"/>
        </w:rPr>
        <w:t xml:space="preserve"> 1</w:t>
      </w:r>
      <w:r>
        <w:rPr>
          <w:lang w:eastAsia="ko-KR"/>
        </w:rPr>
        <w:t>일</w:t>
      </w:r>
      <w:r>
        <w:rPr>
          <w:lang w:eastAsia="ko-KR"/>
        </w:rPr>
        <w:br/>
        <w:t xml:space="preserve">- </w:t>
      </w:r>
      <w:r>
        <w:rPr>
          <w:lang w:eastAsia="ko-KR"/>
        </w:rPr>
        <w:t>초록</w:t>
      </w:r>
      <w:r>
        <w:rPr>
          <w:lang w:eastAsia="ko-KR"/>
        </w:rPr>
        <w:t xml:space="preserve"> </w:t>
      </w:r>
      <w:r>
        <w:rPr>
          <w:lang w:eastAsia="ko-KR"/>
        </w:rPr>
        <w:t>제출</w:t>
      </w:r>
      <w:r>
        <w:rPr>
          <w:lang w:eastAsia="ko-KR"/>
        </w:rPr>
        <w:t xml:space="preserve"> </w:t>
      </w:r>
      <w:r>
        <w:rPr>
          <w:lang w:eastAsia="ko-KR"/>
        </w:rPr>
        <w:t>마감</w:t>
      </w:r>
      <w:r>
        <w:rPr>
          <w:lang w:eastAsia="ko-KR"/>
        </w:rPr>
        <w:t>: 2026</w:t>
      </w:r>
      <w:r>
        <w:rPr>
          <w:lang w:eastAsia="ko-KR"/>
        </w:rPr>
        <w:t>년</w:t>
      </w:r>
      <w:r>
        <w:rPr>
          <w:lang w:eastAsia="ko-KR"/>
        </w:rPr>
        <w:t xml:space="preserve"> 1</w:t>
      </w:r>
      <w:r>
        <w:rPr>
          <w:lang w:eastAsia="ko-KR"/>
        </w:rPr>
        <w:t>월</w:t>
      </w:r>
      <w:r>
        <w:rPr>
          <w:lang w:eastAsia="ko-KR"/>
        </w:rPr>
        <w:t xml:space="preserve"> 15</w:t>
      </w:r>
      <w:r>
        <w:rPr>
          <w:lang w:eastAsia="ko-KR"/>
        </w:rPr>
        <w:t>일</w:t>
      </w:r>
      <w:r>
        <w:rPr>
          <w:lang w:eastAsia="ko-KR"/>
        </w:rPr>
        <w:br/>
        <w:t xml:space="preserve">- </w:t>
      </w:r>
      <w:r>
        <w:rPr>
          <w:lang w:eastAsia="ko-KR"/>
        </w:rPr>
        <w:t>초록</w:t>
      </w:r>
      <w:r>
        <w:rPr>
          <w:lang w:eastAsia="ko-KR"/>
        </w:rPr>
        <w:t xml:space="preserve"> </w:t>
      </w:r>
      <w:r>
        <w:rPr>
          <w:lang w:eastAsia="ko-KR"/>
        </w:rPr>
        <w:t>채택</w:t>
      </w:r>
      <w:r>
        <w:rPr>
          <w:lang w:eastAsia="ko-KR"/>
        </w:rPr>
        <w:t xml:space="preserve"> </w:t>
      </w:r>
      <w:r>
        <w:rPr>
          <w:lang w:eastAsia="ko-KR"/>
        </w:rPr>
        <w:t>통보</w:t>
      </w:r>
      <w:r>
        <w:rPr>
          <w:lang w:eastAsia="ko-KR"/>
        </w:rPr>
        <w:t>: 2026</w:t>
      </w:r>
      <w:r>
        <w:rPr>
          <w:lang w:eastAsia="ko-KR"/>
        </w:rPr>
        <w:t>년</w:t>
      </w:r>
      <w:r>
        <w:rPr>
          <w:lang w:eastAsia="ko-KR"/>
        </w:rPr>
        <w:t xml:space="preserve"> 3</w:t>
      </w:r>
      <w:r>
        <w:rPr>
          <w:lang w:eastAsia="ko-KR"/>
        </w:rPr>
        <w:t>월</w:t>
      </w:r>
      <w:r>
        <w:rPr>
          <w:lang w:eastAsia="ko-KR"/>
        </w:rPr>
        <w:t xml:space="preserve"> 5</w:t>
      </w:r>
      <w:r>
        <w:rPr>
          <w:lang w:eastAsia="ko-KR"/>
        </w:rPr>
        <w:t>일</w:t>
      </w:r>
      <w:r>
        <w:rPr>
          <w:lang w:eastAsia="ko-KR"/>
        </w:rPr>
        <w:br/>
        <w:t xml:space="preserve">- </w:t>
      </w:r>
      <w:r>
        <w:rPr>
          <w:lang w:eastAsia="ko-KR"/>
        </w:rPr>
        <w:t>사전</w:t>
      </w:r>
      <w:r>
        <w:rPr>
          <w:lang w:eastAsia="ko-KR"/>
        </w:rPr>
        <w:t xml:space="preserve"> </w:t>
      </w:r>
      <w:r>
        <w:rPr>
          <w:lang w:eastAsia="ko-KR"/>
        </w:rPr>
        <w:t>등록</w:t>
      </w:r>
      <w:r>
        <w:rPr>
          <w:lang w:eastAsia="ko-KR"/>
        </w:rPr>
        <w:t xml:space="preserve"> </w:t>
      </w:r>
      <w:r>
        <w:rPr>
          <w:lang w:eastAsia="ko-KR"/>
        </w:rPr>
        <w:t>마감</w:t>
      </w:r>
      <w:r>
        <w:rPr>
          <w:lang w:eastAsia="ko-KR"/>
        </w:rPr>
        <w:t>: 2026</w:t>
      </w:r>
      <w:r>
        <w:rPr>
          <w:lang w:eastAsia="ko-KR"/>
        </w:rPr>
        <w:t>년</w:t>
      </w:r>
      <w:r>
        <w:rPr>
          <w:lang w:eastAsia="ko-KR"/>
        </w:rPr>
        <w:t xml:space="preserve"> 4</w:t>
      </w:r>
      <w:r>
        <w:rPr>
          <w:lang w:eastAsia="ko-KR"/>
        </w:rPr>
        <w:t>월</w:t>
      </w:r>
      <w:r>
        <w:rPr>
          <w:lang w:eastAsia="ko-KR"/>
        </w:rPr>
        <w:t xml:space="preserve"> 6</w:t>
      </w:r>
      <w:r>
        <w:rPr>
          <w:lang w:eastAsia="ko-KR"/>
        </w:rPr>
        <w:t>일</w:t>
      </w:r>
      <w:r>
        <w:rPr>
          <w:lang w:eastAsia="ko-KR"/>
        </w:rPr>
        <w:br/>
        <w:t xml:space="preserve">- </w:t>
      </w:r>
      <w:r>
        <w:rPr>
          <w:lang w:eastAsia="ko-KR"/>
        </w:rPr>
        <w:t>여름학교</w:t>
      </w:r>
      <w:r>
        <w:rPr>
          <w:lang w:eastAsia="ko-KR"/>
        </w:rPr>
        <w:t>(Summer School): 2026</w:t>
      </w:r>
      <w:r>
        <w:rPr>
          <w:lang w:eastAsia="ko-KR"/>
        </w:rPr>
        <w:t>년</w:t>
      </w:r>
      <w:r>
        <w:rPr>
          <w:lang w:eastAsia="ko-KR"/>
        </w:rPr>
        <w:t xml:space="preserve"> 5</w:t>
      </w:r>
      <w:r>
        <w:rPr>
          <w:lang w:eastAsia="ko-KR"/>
        </w:rPr>
        <w:t>월</w:t>
      </w:r>
      <w:r>
        <w:rPr>
          <w:lang w:eastAsia="ko-KR"/>
        </w:rPr>
        <w:t xml:space="preserve"> 23–24</w:t>
      </w:r>
      <w:r>
        <w:rPr>
          <w:lang w:eastAsia="ko-KR"/>
        </w:rPr>
        <w:t>일</w:t>
      </w:r>
      <w:r>
        <w:rPr>
          <w:lang w:eastAsia="ko-KR"/>
        </w:rPr>
        <w:br/>
        <w:t xml:space="preserve">-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학술대회</w:t>
      </w:r>
      <w:r>
        <w:rPr>
          <w:lang w:eastAsia="ko-KR"/>
        </w:rPr>
        <w:t>: 2026</w:t>
      </w:r>
      <w:r>
        <w:rPr>
          <w:lang w:eastAsia="ko-KR"/>
        </w:rPr>
        <w:t>년</w:t>
      </w:r>
      <w:r>
        <w:rPr>
          <w:lang w:eastAsia="ko-KR"/>
        </w:rPr>
        <w:t xml:space="preserve"> 5</w:t>
      </w:r>
      <w:r>
        <w:rPr>
          <w:lang w:eastAsia="ko-KR"/>
        </w:rPr>
        <w:t>월</w:t>
      </w:r>
      <w:r>
        <w:rPr>
          <w:lang w:eastAsia="ko-KR"/>
        </w:rPr>
        <w:t xml:space="preserve"> 25–29</w:t>
      </w:r>
      <w:r>
        <w:rPr>
          <w:lang w:eastAsia="ko-KR"/>
        </w:rPr>
        <w:t>일</w:t>
      </w:r>
      <w:r>
        <w:rPr>
          <w:lang w:eastAsia="ko-KR"/>
        </w:rPr>
        <w:br/>
      </w:r>
    </w:p>
    <w:p w14:paraId="706E0C65" w14:textId="77777777" w:rsidR="00895E83" w:rsidRDefault="00000000">
      <w:pPr>
        <w:rPr>
          <w:rFonts w:eastAsia="맑은 고딕"/>
          <w:lang w:eastAsia="ko-KR"/>
        </w:rPr>
      </w:pPr>
      <w:r>
        <w:rPr>
          <w:lang w:eastAsia="ko-KR"/>
        </w:rPr>
        <w:br/>
      </w:r>
      <w:r>
        <w:rPr>
          <w:lang w:eastAsia="ko-KR"/>
        </w:rPr>
        <w:t>채택된</w:t>
      </w:r>
      <w:r>
        <w:rPr>
          <w:lang w:eastAsia="ko-KR"/>
        </w:rPr>
        <w:t xml:space="preserve"> </w:t>
      </w:r>
      <w:r>
        <w:rPr>
          <w:lang w:eastAsia="ko-KR"/>
        </w:rPr>
        <w:t>논문은</w:t>
      </w:r>
      <w:r>
        <w:rPr>
          <w:lang w:eastAsia="ko-KR"/>
        </w:rPr>
        <w:t xml:space="preserve"> </w:t>
      </w:r>
      <w:r>
        <w:rPr>
          <w:lang w:eastAsia="ko-KR"/>
        </w:rPr>
        <w:t>심사를</w:t>
      </w:r>
      <w:r>
        <w:rPr>
          <w:lang w:eastAsia="ko-KR"/>
        </w:rPr>
        <w:t xml:space="preserve"> </w:t>
      </w:r>
      <w:r>
        <w:rPr>
          <w:lang w:eastAsia="ko-KR"/>
        </w:rPr>
        <w:t>거쳐</w:t>
      </w:r>
      <w:r>
        <w:rPr>
          <w:lang w:eastAsia="ko-KR"/>
        </w:rPr>
        <w:t xml:space="preserve"> IEEE Transactions on Nuclear Science</w:t>
      </w:r>
      <w:r>
        <w:rPr>
          <w:lang w:eastAsia="ko-KR"/>
        </w:rPr>
        <w:t>에</w:t>
      </w:r>
      <w:r>
        <w:rPr>
          <w:lang w:eastAsia="ko-KR"/>
        </w:rPr>
        <w:t xml:space="preserve"> </w:t>
      </w:r>
      <w:r>
        <w:rPr>
          <w:lang w:eastAsia="ko-KR"/>
        </w:rPr>
        <w:t>게재될</w:t>
      </w:r>
      <w:r>
        <w:rPr>
          <w:lang w:eastAsia="ko-KR"/>
        </w:rPr>
        <w:t xml:space="preserve"> </w:t>
      </w:r>
      <w:r>
        <w:rPr>
          <w:lang w:eastAsia="ko-KR"/>
        </w:rPr>
        <w:t>예정입니다</w:t>
      </w:r>
      <w:r>
        <w:rPr>
          <w:lang w:eastAsia="ko-KR"/>
        </w:rPr>
        <w:t>.</w:t>
      </w:r>
      <w:r>
        <w:rPr>
          <w:lang w:eastAsia="ko-KR"/>
        </w:rPr>
        <w:br/>
      </w:r>
      <w:r>
        <w:rPr>
          <w:lang w:eastAsia="ko-KR"/>
        </w:rPr>
        <w:br/>
      </w:r>
      <w:r>
        <w:rPr>
          <w:lang w:eastAsia="ko-KR"/>
        </w:rPr>
        <w:t>연구자</w:t>
      </w:r>
      <w:r>
        <w:rPr>
          <w:lang w:eastAsia="ko-KR"/>
        </w:rPr>
        <w:t xml:space="preserve"> </w:t>
      </w:r>
      <w:r>
        <w:rPr>
          <w:lang w:eastAsia="ko-KR"/>
        </w:rPr>
        <w:t>여러분의</w:t>
      </w:r>
      <w:r>
        <w:rPr>
          <w:lang w:eastAsia="ko-KR"/>
        </w:rPr>
        <w:t xml:space="preserve"> </w:t>
      </w:r>
      <w:r>
        <w:rPr>
          <w:lang w:eastAsia="ko-KR"/>
        </w:rPr>
        <w:t>활발한</w:t>
      </w:r>
      <w:r>
        <w:rPr>
          <w:lang w:eastAsia="ko-KR"/>
        </w:rPr>
        <w:t xml:space="preserve"> </w:t>
      </w:r>
      <w:r>
        <w:rPr>
          <w:lang w:eastAsia="ko-KR"/>
        </w:rPr>
        <w:t>참여를</w:t>
      </w:r>
      <w:r>
        <w:rPr>
          <w:lang w:eastAsia="ko-KR"/>
        </w:rPr>
        <w:t xml:space="preserve"> </w:t>
      </w:r>
      <w:r>
        <w:rPr>
          <w:lang w:eastAsia="ko-KR"/>
        </w:rPr>
        <w:t>부탁드리며</w:t>
      </w:r>
      <w:r>
        <w:rPr>
          <w:lang w:eastAsia="ko-KR"/>
        </w:rPr>
        <w:t xml:space="preserve">, </w:t>
      </w:r>
      <w:r>
        <w:rPr>
          <w:lang w:eastAsia="ko-KR"/>
        </w:rPr>
        <w:t>아름다운</w:t>
      </w:r>
      <w:r>
        <w:rPr>
          <w:lang w:eastAsia="ko-KR"/>
        </w:rPr>
        <w:t xml:space="preserve"> </w:t>
      </w:r>
      <w:r>
        <w:rPr>
          <w:lang w:eastAsia="ko-KR"/>
        </w:rPr>
        <w:t>역사와</w:t>
      </w:r>
      <w:r>
        <w:rPr>
          <w:lang w:eastAsia="ko-KR"/>
        </w:rPr>
        <w:t xml:space="preserve"> </w:t>
      </w:r>
      <w:r>
        <w:rPr>
          <w:lang w:eastAsia="ko-KR"/>
        </w:rPr>
        <w:t>문화를</w:t>
      </w:r>
      <w:r>
        <w:rPr>
          <w:lang w:eastAsia="ko-KR"/>
        </w:rPr>
        <w:t xml:space="preserve"> </w:t>
      </w:r>
      <w:r>
        <w:rPr>
          <w:lang w:eastAsia="ko-KR"/>
        </w:rPr>
        <w:t>간직한</w:t>
      </w:r>
      <w:r>
        <w:rPr>
          <w:lang w:eastAsia="ko-KR"/>
        </w:rPr>
        <w:t xml:space="preserve"> </w:t>
      </w:r>
      <w:r>
        <w:rPr>
          <w:lang w:eastAsia="ko-KR"/>
        </w:rPr>
        <w:t>경주에서</w:t>
      </w:r>
      <w:r>
        <w:rPr>
          <w:lang w:eastAsia="ko-KR"/>
        </w:rPr>
        <w:t xml:space="preserve"> </w:t>
      </w:r>
      <w:r>
        <w:rPr>
          <w:lang w:eastAsia="ko-KR"/>
        </w:rPr>
        <w:t>뜻깊은</w:t>
      </w:r>
      <w:r>
        <w:rPr>
          <w:lang w:eastAsia="ko-KR"/>
        </w:rPr>
        <w:t xml:space="preserve"> </w:t>
      </w:r>
      <w:r>
        <w:rPr>
          <w:lang w:eastAsia="ko-KR"/>
        </w:rPr>
        <w:t>교류와</w:t>
      </w:r>
      <w:r>
        <w:rPr>
          <w:lang w:eastAsia="ko-KR"/>
        </w:rPr>
        <w:t xml:space="preserve"> </w:t>
      </w:r>
      <w:r>
        <w:rPr>
          <w:lang w:eastAsia="ko-KR"/>
        </w:rPr>
        <w:t>토론의</w:t>
      </w:r>
      <w:r>
        <w:rPr>
          <w:lang w:eastAsia="ko-KR"/>
        </w:rPr>
        <w:t xml:space="preserve"> </w:t>
      </w:r>
      <w:r>
        <w:rPr>
          <w:lang w:eastAsia="ko-KR"/>
        </w:rPr>
        <w:t>자리가</w:t>
      </w:r>
      <w:r>
        <w:rPr>
          <w:lang w:eastAsia="ko-KR"/>
        </w:rPr>
        <w:t xml:space="preserve"> </w:t>
      </w:r>
      <w:r>
        <w:rPr>
          <w:lang w:eastAsia="ko-KR"/>
        </w:rPr>
        <w:t>마련되기를</w:t>
      </w:r>
      <w:r>
        <w:rPr>
          <w:lang w:eastAsia="ko-KR"/>
        </w:rPr>
        <w:t xml:space="preserve"> </w:t>
      </w:r>
      <w:r>
        <w:rPr>
          <w:lang w:eastAsia="ko-KR"/>
        </w:rPr>
        <w:t>기대합니다</w:t>
      </w:r>
      <w:r>
        <w:rPr>
          <w:lang w:eastAsia="ko-KR"/>
        </w:rPr>
        <w:t>.</w:t>
      </w:r>
      <w:r>
        <w:rPr>
          <w:lang w:eastAsia="ko-KR"/>
        </w:rPr>
        <w:br/>
      </w:r>
      <w:r>
        <w:rPr>
          <w:lang w:eastAsia="ko-KR"/>
        </w:rPr>
        <w:br/>
      </w:r>
      <w:r>
        <w:rPr>
          <w:lang w:eastAsia="ko-KR"/>
        </w:rPr>
        <w:t>자세한</w:t>
      </w:r>
      <w:r>
        <w:rPr>
          <w:lang w:eastAsia="ko-KR"/>
        </w:rPr>
        <w:t xml:space="preserve"> </w:t>
      </w:r>
      <w:r>
        <w:rPr>
          <w:lang w:eastAsia="ko-KR"/>
        </w:rPr>
        <w:t>초록</w:t>
      </w:r>
      <w:r>
        <w:rPr>
          <w:lang w:eastAsia="ko-KR"/>
        </w:rPr>
        <w:t xml:space="preserve"> </w:t>
      </w:r>
      <w:r>
        <w:rPr>
          <w:lang w:eastAsia="ko-KR"/>
        </w:rPr>
        <w:t>제출</w:t>
      </w:r>
      <w:r>
        <w:rPr>
          <w:lang w:eastAsia="ko-KR"/>
        </w:rPr>
        <w:t xml:space="preserve">, </w:t>
      </w:r>
      <w:r>
        <w:rPr>
          <w:lang w:eastAsia="ko-KR"/>
        </w:rPr>
        <w:t>등록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숙박</w:t>
      </w:r>
      <w:r>
        <w:rPr>
          <w:lang w:eastAsia="ko-KR"/>
        </w:rPr>
        <w:t xml:space="preserve"> </w:t>
      </w:r>
      <w:r>
        <w:rPr>
          <w:lang w:eastAsia="ko-KR"/>
        </w:rPr>
        <w:t>안내는</w:t>
      </w:r>
      <w:r>
        <w:rPr>
          <w:lang w:eastAsia="ko-KR"/>
        </w:rPr>
        <w:t xml:space="preserve"> </w:t>
      </w:r>
      <w:r>
        <w:rPr>
          <w:lang w:eastAsia="ko-KR"/>
        </w:rPr>
        <w:t>공식</w:t>
      </w:r>
      <w:r>
        <w:rPr>
          <w:lang w:eastAsia="ko-KR"/>
        </w:rPr>
        <w:t xml:space="preserve"> </w:t>
      </w:r>
      <w:r>
        <w:rPr>
          <w:lang w:eastAsia="ko-KR"/>
        </w:rPr>
        <w:t>홈페이지를</w:t>
      </w:r>
      <w:r>
        <w:rPr>
          <w:lang w:eastAsia="ko-KR"/>
        </w:rPr>
        <w:t xml:space="preserve"> </w:t>
      </w:r>
      <w:r>
        <w:rPr>
          <w:lang w:eastAsia="ko-KR"/>
        </w:rPr>
        <w:t>참고해</w:t>
      </w:r>
      <w:r>
        <w:rPr>
          <w:lang w:eastAsia="ko-KR"/>
        </w:rPr>
        <w:t xml:space="preserve"> </w:t>
      </w:r>
      <w:r>
        <w:rPr>
          <w:lang w:eastAsia="ko-KR"/>
        </w:rPr>
        <w:t>주시기</w:t>
      </w:r>
      <w:r>
        <w:rPr>
          <w:lang w:eastAsia="ko-KR"/>
        </w:rPr>
        <w:t xml:space="preserve"> </w:t>
      </w:r>
      <w:r>
        <w:rPr>
          <w:lang w:eastAsia="ko-KR"/>
        </w:rPr>
        <w:t>바랍니다</w:t>
      </w:r>
      <w:r>
        <w:rPr>
          <w:lang w:eastAsia="ko-KR"/>
        </w:rPr>
        <w:t>:</w:t>
      </w:r>
      <w:r>
        <w:rPr>
          <w:lang w:eastAsia="ko-KR"/>
        </w:rPr>
        <w:br/>
      </w:r>
      <w:r>
        <w:rPr>
          <w:lang w:eastAsia="ko-KR"/>
        </w:rPr>
        <w:lastRenderedPageBreak/>
        <w:t>https://scint2026.knu.ac.kr</w:t>
      </w:r>
      <w:r>
        <w:rPr>
          <w:lang w:eastAsia="ko-KR"/>
        </w:rPr>
        <w:br/>
      </w:r>
      <w:r>
        <w:rPr>
          <w:lang w:eastAsia="ko-KR"/>
        </w:rPr>
        <w:br/>
      </w:r>
      <w:r>
        <w:rPr>
          <w:lang w:eastAsia="ko-KR"/>
        </w:rPr>
        <w:t>많은</w:t>
      </w:r>
      <w:r>
        <w:rPr>
          <w:lang w:eastAsia="ko-KR"/>
        </w:rPr>
        <w:t xml:space="preserve"> </w:t>
      </w:r>
      <w:r>
        <w:rPr>
          <w:lang w:eastAsia="ko-KR"/>
        </w:rPr>
        <w:t>관심과</w:t>
      </w:r>
      <w:r>
        <w:rPr>
          <w:lang w:eastAsia="ko-KR"/>
        </w:rPr>
        <w:t xml:space="preserve"> </w:t>
      </w:r>
      <w:r>
        <w:rPr>
          <w:lang w:eastAsia="ko-KR"/>
        </w:rPr>
        <w:t>참여</w:t>
      </w:r>
      <w:r>
        <w:rPr>
          <w:lang w:eastAsia="ko-KR"/>
        </w:rPr>
        <w:t xml:space="preserve"> </w:t>
      </w:r>
      <w:r>
        <w:rPr>
          <w:lang w:eastAsia="ko-KR"/>
        </w:rPr>
        <w:t>부탁드립니다</w:t>
      </w:r>
      <w:r>
        <w:rPr>
          <w:lang w:eastAsia="ko-KR"/>
        </w:rPr>
        <w:t>.</w:t>
      </w:r>
      <w:r>
        <w:rPr>
          <w:lang w:eastAsia="ko-KR"/>
        </w:rPr>
        <w:br/>
      </w:r>
      <w:r>
        <w:rPr>
          <w:lang w:eastAsia="ko-KR"/>
        </w:rPr>
        <w:br/>
      </w:r>
      <w:proofErr w:type="spellStart"/>
      <w:r>
        <w:t>감사합니다</w:t>
      </w:r>
      <w:proofErr w:type="spellEnd"/>
      <w:r>
        <w:t>.</w:t>
      </w:r>
    </w:p>
    <w:p w14:paraId="17778041" w14:textId="561B4D37" w:rsidR="009F27D3" w:rsidRDefault="00000000">
      <w:r>
        <w:br/>
        <w:t xml:space="preserve">SCINT2026 </w:t>
      </w:r>
      <w:proofErr w:type="spellStart"/>
      <w:r>
        <w:t>조직위원회</w:t>
      </w:r>
      <w:proofErr w:type="spellEnd"/>
      <w:r>
        <w:t xml:space="preserve"> </w:t>
      </w:r>
      <w:proofErr w:type="spellStart"/>
      <w:r>
        <w:t>드림</w:t>
      </w:r>
      <w:proofErr w:type="spellEnd"/>
      <w:r>
        <w:br/>
      </w:r>
    </w:p>
    <w:sectPr w:rsidR="009F27D3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9A5EC" w14:textId="77777777" w:rsidR="00FE3F5D" w:rsidRDefault="00FE3F5D" w:rsidP="00D10E05">
      <w:pPr>
        <w:spacing w:after="0" w:line="240" w:lineRule="auto"/>
      </w:pPr>
      <w:r>
        <w:separator/>
      </w:r>
    </w:p>
  </w:endnote>
  <w:endnote w:type="continuationSeparator" w:id="0">
    <w:p w14:paraId="2007A69F" w14:textId="77777777" w:rsidR="00FE3F5D" w:rsidRDefault="00FE3F5D" w:rsidP="00D10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7C5B6D" w14:textId="77777777" w:rsidR="00FE3F5D" w:rsidRDefault="00FE3F5D" w:rsidP="00D10E05">
      <w:pPr>
        <w:spacing w:after="0" w:line="240" w:lineRule="auto"/>
      </w:pPr>
      <w:r>
        <w:separator/>
      </w:r>
    </w:p>
  </w:footnote>
  <w:footnote w:type="continuationSeparator" w:id="0">
    <w:p w14:paraId="23345206" w14:textId="77777777" w:rsidR="00FE3F5D" w:rsidRDefault="00FE3F5D" w:rsidP="00D10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76929939">
    <w:abstractNumId w:val="8"/>
  </w:num>
  <w:num w:numId="2" w16cid:durableId="182480549">
    <w:abstractNumId w:val="6"/>
  </w:num>
  <w:num w:numId="3" w16cid:durableId="56706132">
    <w:abstractNumId w:val="5"/>
  </w:num>
  <w:num w:numId="4" w16cid:durableId="457069072">
    <w:abstractNumId w:val="4"/>
  </w:num>
  <w:num w:numId="5" w16cid:durableId="200022783">
    <w:abstractNumId w:val="7"/>
  </w:num>
  <w:num w:numId="6" w16cid:durableId="2116629082">
    <w:abstractNumId w:val="3"/>
  </w:num>
  <w:num w:numId="7" w16cid:durableId="202448849">
    <w:abstractNumId w:val="2"/>
  </w:num>
  <w:num w:numId="8" w16cid:durableId="18285800">
    <w:abstractNumId w:val="1"/>
  </w:num>
  <w:num w:numId="9" w16cid:durableId="5493477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812A8"/>
    <w:rsid w:val="0015074B"/>
    <w:rsid w:val="0029639D"/>
    <w:rsid w:val="002B042B"/>
    <w:rsid w:val="00326F90"/>
    <w:rsid w:val="00663B98"/>
    <w:rsid w:val="00734D1A"/>
    <w:rsid w:val="00895E83"/>
    <w:rsid w:val="009953B9"/>
    <w:rsid w:val="009C7C32"/>
    <w:rsid w:val="009F27D3"/>
    <w:rsid w:val="00A917C6"/>
    <w:rsid w:val="00AA1D8D"/>
    <w:rsid w:val="00B47730"/>
    <w:rsid w:val="00CB0664"/>
    <w:rsid w:val="00D10E05"/>
    <w:rsid w:val="00FC693F"/>
    <w:rsid w:val="00FE3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A56363"/>
  <w14:defaultImageDpi w14:val="300"/>
  <w15:docId w15:val="{4371B041-C8DC-4215-A002-F54462B00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210</Words>
  <Characters>638</Characters>
  <Application>Microsoft Office Word</Application>
  <DocSecurity>0</DocSecurity>
  <Lines>35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843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Jae Sung Lee</cp:lastModifiedBy>
  <cp:revision>8</cp:revision>
  <dcterms:created xsi:type="dcterms:W3CDTF">2013-12-23T23:15:00Z</dcterms:created>
  <dcterms:modified xsi:type="dcterms:W3CDTF">2025-10-02T01:11:00Z</dcterms:modified>
  <cp:category/>
</cp:coreProperties>
</file>